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0BB0" w14:textId="3FD22DB4" w:rsidR="00C90C7F" w:rsidRPr="006C36DD" w:rsidRDefault="007A54B9">
      <w:pPr>
        <w:spacing w:after="0"/>
        <w:jc w:val="right"/>
        <w:rPr>
          <w:b/>
          <w:lang w:val="it-IT"/>
        </w:rPr>
      </w:pPr>
      <w:r w:rsidRPr="006C36DD">
        <w:rPr>
          <w:b/>
          <w:lang w:val="it-IT"/>
        </w:rPr>
        <w:t>AL CONSIGLIO DELL'ORDINE DEGLI ARCHITETTI P.P.C.</w:t>
      </w:r>
      <w:r w:rsidRPr="006C36DD">
        <w:rPr>
          <w:b/>
          <w:lang w:val="it-IT"/>
        </w:rPr>
        <w:br/>
        <w:t>DELLA PROVINCIA DI BENEVENTO</w:t>
      </w:r>
    </w:p>
    <w:p w14:paraId="1CDD584E" w14:textId="77777777" w:rsidR="007A54B9" w:rsidRPr="006C36DD" w:rsidRDefault="007A54B9" w:rsidP="007A54B9">
      <w:pPr>
        <w:spacing w:after="0"/>
        <w:jc w:val="right"/>
        <w:rPr>
          <w:b/>
          <w:lang w:val="it-IT"/>
        </w:rPr>
      </w:pPr>
      <w:r w:rsidRPr="006C36DD">
        <w:rPr>
          <w:b/>
          <w:lang w:val="it-IT"/>
        </w:rPr>
        <w:t>Corso Garibaldi, 236 - 82100 Benevento (BN) | Tel. 0824 47634 | C.F. 92009040624</w:t>
      </w:r>
    </w:p>
    <w:p w14:paraId="446276A8" w14:textId="0BF2924C" w:rsidR="007A54B9" w:rsidRPr="00531662" w:rsidRDefault="007A54B9" w:rsidP="007A54B9">
      <w:pPr>
        <w:spacing w:after="0"/>
        <w:jc w:val="right"/>
        <w:rPr>
          <w:b/>
        </w:rPr>
      </w:pPr>
      <w:r w:rsidRPr="00531662">
        <w:rPr>
          <w:b/>
        </w:rPr>
        <w:t xml:space="preserve">Email: architetti@benevento.archiworld.it </w:t>
      </w:r>
    </w:p>
    <w:p w14:paraId="03E5795B" w14:textId="4E5C4225" w:rsidR="007A54B9" w:rsidRPr="00531662" w:rsidRDefault="007A54B9" w:rsidP="007A54B9">
      <w:pPr>
        <w:spacing w:after="0"/>
        <w:jc w:val="right"/>
        <w:rPr>
          <w:b/>
        </w:rPr>
      </w:pPr>
      <w:r w:rsidRPr="00531662">
        <w:rPr>
          <w:b/>
        </w:rPr>
        <w:t>PEC: oappc.benevento@archiworldpec.it - oappc.benevento@legalmail.it</w:t>
      </w:r>
    </w:p>
    <w:p w14:paraId="4F5369F3" w14:textId="77777777" w:rsidR="007A54B9" w:rsidRPr="00531662" w:rsidRDefault="007A54B9">
      <w:pPr>
        <w:spacing w:after="0"/>
        <w:jc w:val="right"/>
      </w:pPr>
    </w:p>
    <w:p w14:paraId="3654F3A5" w14:textId="77777777" w:rsidR="003D1C36" w:rsidRPr="00531662" w:rsidRDefault="003D1C36">
      <w:pPr>
        <w:spacing w:after="0"/>
        <w:jc w:val="center"/>
        <w:rPr>
          <w:b/>
          <w:color w:val="2A4669"/>
          <w:sz w:val="27"/>
        </w:rPr>
      </w:pPr>
    </w:p>
    <w:p w14:paraId="656B4F67" w14:textId="799077E8" w:rsidR="00C90C7F" w:rsidRPr="006C36DD" w:rsidRDefault="00000000">
      <w:pPr>
        <w:spacing w:after="0"/>
        <w:jc w:val="center"/>
        <w:rPr>
          <w:lang w:val="it-IT"/>
        </w:rPr>
      </w:pPr>
      <w:r w:rsidRPr="006C36DD">
        <w:rPr>
          <w:b/>
          <w:color w:val="2A4669"/>
          <w:sz w:val="27"/>
          <w:lang w:val="it-IT"/>
        </w:rPr>
        <w:t>RICHIESTA DI TERNA DI PROFESSIONISTI PER COLLAUDO STATICO</w:t>
      </w:r>
    </w:p>
    <w:p w14:paraId="60D214E8" w14:textId="77777777" w:rsidR="00C90C7F" w:rsidRPr="006C36DD" w:rsidRDefault="00000000">
      <w:pPr>
        <w:spacing w:after="0"/>
        <w:jc w:val="center"/>
        <w:rPr>
          <w:i/>
          <w:sz w:val="17"/>
          <w:lang w:val="it-IT"/>
        </w:rPr>
      </w:pPr>
      <w:r w:rsidRPr="006C36DD">
        <w:rPr>
          <w:i/>
          <w:sz w:val="17"/>
          <w:lang w:val="it-IT"/>
        </w:rPr>
        <w:t>ai sensi dell'art. 67, comma 4, D.P.R. 6 giugno 2001, n. 380</w:t>
      </w:r>
      <w:r w:rsidRPr="006C36DD">
        <w:rPr>
          <w:i/>
          <w:sz w:val="17"/>
          <w:lang w:val="it-IT"/>
        </w:rPr>
        <w:br/>
        <w:t>(ex art. 7, comma 4, Legge 5 novembre 1971, n. 1086)</w:t>
      </w:r>
    </w:p>
    <w:p w14:paraId="39413661" w14:textId="77777777" w:rsidR="003D1C36" w:rsidRPr="006C36DD" w:rsidRDefault="003D1C36">
      <w:pPr>
        <w:spacing w:after="0"/>
        <w:jc w:val="center"/>
        <w:rPr>
          <w:lang w:val="it-IT"/>
        </w:rPr>
      </w:pPr>
    </w:p>
    <w:p w14:paraId="7678F719" w14:textId="1EC7C0BE" w:rsidR="00C90C7F" w:rsidRPr="006C36DD" w:rsidRDefault="00000000" w:rsidP="006C36DD">
      <w:pPr>
        <w:spacing w:after="0" w:line="480" w:lineRule="auto"/>
        <w:rPr>
          <w:lang w:val="it-IT"/>
        </w:rPr>
      </w:pPr>
      <w:r w:rsidRPr="006C36DD">
        <w:rPr>
          <w:b/>
          <w:lang w:val="it-IT"/>
        </w:rPr>
        <w:t xml:space="preserve">Il/La sottoscritto/a </w:t>
      </w:r>
      <w:r w:rsidRPr="006C36DD">
        <w:rPr>
          <w:lang w:val="it-IT"/>
        </w:rPr>
        <w:t>___________________________________________________________________________</w:t>
      </w:r>
      <w:r w:rsidR="006C36DD" w:rsidRPr="006C36DD">
        <w:rPr>
          <w:lang w:val="it-IT"/>
        </w:rPr>
        <w:t>_________________________________</w:t>
      </w:r>
      <w:r w:rsidRPr="006C36DD">
        <w:rPr>
          <w:lang w:val="it-IT"/>
        </w:rPr>
        <w:br/>
        <w:t xml:space="preserve">nato/a </w:t>
      </w:r>
      <w:proofErr w:type="spellStart"/>
      <w:r w:rsidRPr="006C36DD">
        <w:rPr>
          <w:lang w:val="it-IT"/>
        </w:rPr>
        <w:t>a</w:t>
      </w:r>
      <w:proofErr w:type="spellEnd"/>
      <w:r w:rsidRPr="006C36DD">
        <w:rPr>
          <w:lang w:val="it-IT"/>
        </w:rPr>
        <w:t xml:space="preserve"> ________________________________ il ____/____/________, residente in ________________________________</w:t>
      </w:r>
      <w:r w:rsidR="006C36DD" w:rsidRPr="006C36DD">
        <w:rPr>
          <w:lang w:val="it-IT"/>
        </w:rPr>
        <w:t>_______________________</w:t>
      </w:r>
      <w:r w:rsidRPr="006C36DD">
        <w:rPr>
          <w:lang w:val="it-IT"/>
        </w:rPr>
        <w:br/>
        <w:t>Via/Piazza ______________________________________________</w:t>
      </w:r>
      <w:r w:rsidR="006C36DD" w:rsidRPr="006C36DD">
        <w:rPr>
          <w:lang w:val="it-IT"/>
        </w:rPr>
        <w:t>_________________________</w:t>
      </w:r>
      <w:r w:rsidRPr="006C36DD">
        <w:rPr>
          <w:lang w:val="it-IT"/>
        </w:rPr>
        <w:t xml:space="preserve"> n. ______ CAP __________</w:t>
      </w:r>
      <w:r w:rsidR="006C36DD" w:rsidRPr="006C36DD">
        <w:rPr>
          <w:lang w:val="it-IT"/>
        </w:rPr>
        <w:t>_______</w:t>
      </w:r>
      <w:r w:rsidRPr="006C36DD">
        <w:rPr>
          <w:lang w:val="it-IT"/>
        </w:rPr>
        <w:t xml:space="preserve"> Prov. ______</w:t>
      </w:r>
      <w:r w:rsidR="006C36DD" w:rsidRPr="006C36DD">
        <w:rPr>
          <w:lang w:val="it-IT"/>
        </w:rPr>
        <w:t>___</w:t>
      </w:r>
      <w:r w:rsidRPr="006C36DD">
        <w:rPr>
          <w:lang w:val="it-IT"/>
        </w:rPr>
        <w:br/>
        <w:t>Tel. _____________________ Cell. _____________________</w:t>
      </w:r>
      <w:r w:rsidR="006C36DD" w:rsidRPr="006C36DD">
        <w:rPr>
          <w:lang w:val="it-IT"/>
        </w:rPr>
        <w:t>__</w:t>
      </w:r>
      <w:r w:rsidRPr="006C36DD">
        <w:rPr>
          <w:lang w:val="it-IT"/>
        </w:rPr>
        <w:t>Email/PEC __________________________________________</w:t>
      </w:r>
      <w:r w:rsidR="006C36DD" w:rsidRPr="006C36DD">
        <w:rPr>
          <w:lang w:val="it-IT"/>
        </w:rPr>
        <w:t>_____________________</w:t>
      </w:r>
      <w:r w:rsidRPr="006C36DD">
        <w:rPr>
          <w:lang w:val="it-IT"/>
        </w:rPr>
        <w:br/>
        <w:t>Codice fiscale / P. IVA ______________________________________________________________________________</w:t>
      </w:r>
      <w:r w:rsidR="006C36DD" w:rsidRPr="006C36DD">
        <w:rPr>
          <w:lang w:val="it-IT"/>
        </w:rPr>
        <w:t>____________________________</w:t>
      </w:r>
      <w:r w:rsidRPr="006C36DD">
        <w:rPr>
          <w:lang w:val="it-IT"/>
        </w:rPr>
        <w:br/>
        <w:t>in qualità di:  __________________________</w:t>
      </w:r>
      <w:r w:rsidR="006C36DD" w:rsidRPr="006C36DD">
        <w:rPr>
          <w:lang w:val="it-IT"/>
        </w:rPr>
        <w:t>________________________________________________________________________________________</w:t>
      </w:r>
    </w:p>
    <w:p w14:paraId="19AC6CBA" w14:textId="77777777" w:rsidR="00C90C7F" w:rsidRPr="006C36DD" w:rsidRDefault="00000000">
      <w:pPr>
        <w:spacing w:after="0"/>
        <w:jc w:val="center"/>
        <w:rPr>
          <w:lang w:val="it-IT"/>
        </w:rPr>
      </w:pPr>
      <w:r w:rsidRPr="006C36DD">
        <w:rPr>
          <w:b/>
          <w:color w:val="2A4669"/>
          <w:sz w:val="23"/>
          <w:lang w:val="it-IT"/>
        </w:rPr>
        <w:t>CHIEDE</w:t>
      </w:r>
    </w:p>
    <w:p w14:paraId="06D3CBC1" w14:textId="77777777" w:rsidR="00C90C7F" w:rsidRPr="006C36DD" w:rsidRDefault="00000000">
      <w:pPr>
        <w:spacing w:after="0"/>
        <w:rPr>
          <w:lang w:val="it-IT"/>
        </w:rPr>
      </w:pPr>
      <w:r w:rsidRPr="006C36DD">
        <w:rPr>
          <w:lang w:val="it-IT"/>
        </w:rPr>
        <w:t>la designazione di una terna di professionisti, tra i quali individuare il collaudatore statico delle opere di seguito indicate, per l'espletamento dell'attività di collaudo statico e la redazione del relativo certificato.</w:t>
      </w:r>
    </w:p>
    <w:p w14:paraId="063C56BA" w14:textId="77777777" w:rsidR="00C90C7F" w:rsidRPr="006C36DD" w:rsidRDefault="00000000">
      <w:pPr>
        <w:shd w:val="clear" w:color="auto" w:fill="2A4669"/>
        <w:spacing w:after="0"/>
        <w:rPr>
          <w:lang w:val="it-IT"/>
        </w:rPr>
      </w:pPr>
      <w:r w:rsidRPr="006C36DD">
        <w:rPr>
          <w:b/>
          <w:color w:val="FFFFFF"/>
          <w:lang w:val="it-IT"/>
        </w:rPr>
        <w:t>DATI DELL'INTERVENTO / OPERA DA COLLAUDARE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C90C7F" w:rsidRPr="006C36DD" w14:paraId="4F692742" w14:textId="77777777">
        <w:trPr>
          <w:jc w:val="center"/>
        </w:trPr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0F7"/>
            <w:vAlign w:val="center"/>
          </w:tcPr>
          <w:p w14:paraId="53D7C61B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6"/>
                <w:lang w:val="it-IT"/>
              </w:rPr>
              <w:t>Comune</w:t>
            </w:r>
          </w:p>
        </w:tc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D7DDEA" w14:textId="66A67ED1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6C36DD" w14:paraId="518324C6" w14:textId="77777777">
        <w:trPr>
          <w:jc w:val="center"/>
        </w:trPr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0F7"/>
            <w:vAlign w:val="center"/>
          </w:tcPr>
          <w:p w14:paraId="1013F33C" w14:textId="0DAB6238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6"/>
                <w:lang w:val="it-IT"/>
              </w:rPr>
              <w:t>Indirizzo / località</w:t>
            </w:r>
          </w:p>
        </w:tc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66F99F" w14:textId="5B304A7D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531662" w14:paraId="7D584E7C" w14:textId="77777777">
        <w:trPr>
          <w:jc w:val="center"/>
        </w:trPr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0F7"/>
            <w:vAlign w:val="center"/>
          </w:tcPr>
          <w:p w14:paraId="2F269BDE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6"/>
                <w:lang w:val="it-IT"/>
              </w:rPr>
              <w:t>Titolo abilitativo (</w:t>
            </w:r>
            <w:proofErr w:type="spellStart"/>
            <w:r w:rsidRPr="006C36DD">
              <w:rPr>
                <w:b/>
                <w:sz w:val="16"/>
                <w:lang w:val="it-IT"/>
              </w:rPr>
              <w:t>P.d.C</w:t>
            </w:r>
            <w:proofErr w:type="spellEnd"/>
            <w:r w:rsidRPr="006C36DD">
              <w:rPr>
                <w:b/>
                <w:sz w:val="16"/>
                <w:lang w:val="it-IT"/>
              </w:rPr>
              <w:t>., SCIA, CILA, sanatoria, ecc.)</w:t>
            </w:r>
          </w:p>
        </w:tc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36689D" w14:textId="2851B9D5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531662" w14:paraId="3F639787" w14:textId="77777777">
        <w:trPr>
          <w:jc w:val="center"/>
        </w:trPr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0F7"/>
            <w:vAlign w:val="center"/>
          </w:tcPr>
          <w:p w14:paraId="3FC7EA33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6"/>
                <w:lang w:val="it-IT"/>
              </w:rPr>
              <w:t>Estremi pratica presso Servizio Tecnico Regionale / Genio Civile</w:t>
            </w:r>
          </w:p>
        </w:tc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7089CE" w14:textId="2677C0E8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6C36DD" w14:paraId="70BCEDEE" w14:textId="77777777">
        <w:trPr>
          <w:jc w:val="center"/>
        </w:trPr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0F7"/>
            <w:vAlign w:val="center"/>
          </w:tcPr>
          <w:p w14:paraId="6AB8DAE6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6"/>
                <w:lang w:val="it-IT"/>
              </w:rPr>
              <w:t>Data inizio lavori</w:t>
            </w:r>
          </w:p>
        </w:tc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0B2A6FC" w14:textId="236492E2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6C36DD" w14:paraId="387ED36E" w14:textId="77777777">
        <w:trPr>
          <w:jc w:val="center"/>
        </w:trPr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0F7"/>
            <w:vAlign w:val="center"/>
          </w:tcPr>
          <w:p w14:paraId="1B00C23E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6"/>
                <w:lang w:val="it-IT"/>
              </w:rPr>
              <w:t>Descrizione sommaria delle opere</w:t>
            </w:r>
          </w:p>
        </w:tc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2884E4" w14:textId="64639C06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6C36DD" w14:paraId="34B6FA2B" w14:textId="77777777">
        <w:trPr>
          <w:jc w:val="center"/>
        </w:trPr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0F7"/>
            <w:vAlign w:val="center"/>
          </w:tcPr>
          <w:p w14:paraId="7481EA11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6"/>
                <w:lang w:val="it-IT"/>
              </w:rPr>
              <w:t>Dati catastali</w:t>
            </w:r>
          </w:p>
        </w:tc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FD767A" w14:textId="5C658DA9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531662" w14:paraId="5BD2342E" w14:textId="77777777">
        <w:trPr>
          <w:jc w:val="center"/>
        </w:trPr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0F7"/>
            <w:vAlign w:val="center"/>
          </w:tcPr>
          <w:p w14:paraId="6AA800E9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6"/>
                <w:lang w:val="it-IT"/>
              </w:rPr>
              <w:t>Corpi di fabbrica / piani / superficie / volume</w:t>
            </w:r>
          </w:p>
        </w:tc>
        <w:tc>
          <w:tcPr>
            <w:tcW w:w="51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37DAD0" w14:textId="3EF8736C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</w:tbl>
    <w:p w14:paraId="2A28A1A7" w14:textId="77777777" w:rsidR="00C90C7F" w:rsidRPr="006C36DD" w:rsidRDefault="00000000">
      <w:pPr>
        <w:spacing w:before="80" w:after="0"/>
        <w:rPr>
          <w:lang w:val="it-IT"/>
        </w:rPr>
      </w:pPr>
      <w:r w:rsidRPr="006C36DD">
        <w:rPr>
          <w:b/>
          <w:sz w:val="17"/>
          <w:lang w:val="it-IT"/>
        </w:rPr>
        <w:t>DESTINAZIONE D'USO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C90C7F" w:rsidRPr="006C36DD" w14:paraId="5699CDFF" w14:textId="77777777"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3CE4E72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Residenziale</w:t>
            </w:r>
          </w:p>
        </w:tc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CA44FE4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Industriale / artigianale</w:t>
            </w:r>
          </w:p>
        </w:tc>
      </w:tr>
      <w:tr w:rsidR="00C90C7F" w:rsidRPr="006C36DD" w14:paraId="5B71C65D" w14:textId="77777777"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5808640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Direzionale / ufficio</w:t>
            </w:r>
          </w:p>
        </w:tc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EAB448E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Turistico-ricettiva</w:t>
            </w:r>
          </w:p>
        </w:tc>
      </w:tr>
      <w:tr w:rsidR="00C90C7F" w:rsidRPr="006C36DD" w14:paraId="7C0F95F8" w14:textId="77777777"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6D3C244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Intervento su edificio esistente</w:t>
            </w:r>
          </w:p>
        </w:tc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4D0746E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Altro __________________________</w:t>
            </w:r>
          </w:p>
        </w:tc>
      </w:tr>
    </w:tbl>
    <w:p w14:paraId="7CF94E97" w14:textId="77777777" w:rsidR="00C90C7F" w:rsidRPr="006C36DD" w:rsidRDefault="00000000">
      <w:pPr>
        <w:spacing w:before="80" w:after="0"/>
        <w:rPr>
          <w:lang w:val="it-IT"/>
        </w:rPr>
      </w:pPr>
      <w:r w:rsidRPr="006C36DD">
        <w:rPr>
          <w:b/>
          <w:sz w:val="17"/>
          <w:lang w:val="it-IT"/>
        </w:rPr>
        <w:t>TIPOLOGIA STRUTTURE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C90C7F" w:rsidRPr="006C36DD" w14:paraId="28EA26C6" w14:textId="77777777"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348EEAB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Cemento armato normale</w:t>
            </w:r>
          </w:p>
        </w:tc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FF8DAAF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Cemento armato precompresso</w:t>
            </w:r>
          </w:p>
        </w:tc>
      </w:tr>
      <w:tr w:rsidR="00C90C7F" w:rsidRPr="006C36DD" w14:paraId="50DE402C" w14:textId="77777777"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9DE3114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Muratura</w:t>
            </w:r>
          </w:p>
        </w:tc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C0D9A1E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Strutture metalliche</w:t>
            </w:r>
          </w:p>
        </w:tc>
      </w:tr>
      <w:tr w:rsidR="00C90C7F" w:rsidRPr="006C36DD" w14:paraId="39A72CB4" w14:textId="77777777"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950B890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Legno</w:t>
            </w:r>
          </w:p>
        </w:tc>
        <w:tc>
          <w:tcPr>
            <w:tcW w:w="5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8C571B0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sz w:val="15"/>
                <w:lang w:val="it-IT"/>
              </w:rPr>
              <w:t>☐ Miste / altro __________________________</w:t>
            </w:r>
          </w:p>
        </w:tc>
      </w:tr>
    </w:tbl>
    <w:p w14:paraId="5D6ABEF8" w14:textId="77777777" w:rsidR="00C90C7F" w:rsidRPr="006C36DD" w:rsidRDefault="00000000">
      <w:pPr>
        <w:shd w:val="clear" w:color="auto" w:fill="2A4669"/>
        <w:spacing w:after="0"/>
        <w:rPr>
          <w:lang w:val="it-IT"/>
        </w:rPr>
      </w:pPr>
      <w:r w:rsidRPr="006C36DD">
        <w:rPr>
          <w:b/>
          <w:color w:val="FFFFFF"/>
          <w:lang w:val="it-IT"/>
        </w:rPr>
        <w:t>PROFESSIONISTI GIÀ COINVOLTI NELL'INTERVENTO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C90C7F" w:rsidRPr="006C36DD" w14:paraId="3FD86BEE" w14:textId="77777777">
        <w:trPr>
          <w:jc w:val="center"/>
        </w:trPr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6F2"/>
            <w:vAlign w:val="center"/>
          </w:tcPr>
          <w:p w14:paraId="632D182B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5"/>
                <w:lang w:val="it-IT"/>
              </w:rPr>
              <w:t>Ruolo</w:t>
            </w: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6F2"/>
            <w:vAlign w:val="center"/>
          </w:tcPr>
          <w:p w14:paraId="54050EEC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5"/>
                <w:lang w:val="it-IT"/>
              </w:rPr>
              <w:t>Nominativo</w:t>
            </w: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6F2"/>
            <w:vAlign w:val="center"/>
          </w:tcPr>
          <w:p w14:paraId="611A63C0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5"/>
                <w:lang w:val="it-IT"/>
              </w:rPr>
              <w:t>Ordine/Collegio di appartenenza</w:t>
            </w: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6F2"/>
            <w:vAlign w:val="center"/>
          </w:tcPr>
          <w:p w14:paraId="4C71ABCB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5"/>
                <w:lang w:val="it-IT"/>
              </w:rPr>
              <w:t>N. iscrizione</w:t>
            </w:r>
          </w:p>
        </w:tc>
      </w:tr>
      <w:tr w:rsidR="00C90C7F" w:rsidRPr="006C36DD" w14:paraId="7BEF4297" w14:textId="77777777">
        <w:trPr>
          <w:jc w:val="center"/>
        </w:trPr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CB1537D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5"/>
                <w:lang w:val="it-IT"/>
              </w:rPr>
              <w:t>Progettista architettonico</w:t>
            </w: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DCCDEE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D5167A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CC1931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6C36DD" w14:paraId="33AC6DA1" w14:textId="77777777">
        <w:trPr>
          <w:jc w:val="center"/>
        </w:trPr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DA9A3C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5"/>
                <w:lang w:val="it-IT"/>
              </w:rPr>
              <w:t>Direttore lavori opere architettoniche</w:t>
            </w: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5BC18A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1CD1DA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AB88D0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6C36DD" w14:paraId="3089AA15" w14:textId="77777777">
        <w:trPr>
          <w:jc w:val="center"/>
        </w:trPr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F679B3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5"/>
                <w:lang w:val="it-IT"/>
              </w:rPr>
              <w:t>Progettista strutturale</w:t>
            </w: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A7BB6B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CDC739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C6096E5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  <w:tr w:rsidR="00C90C7F" w:rsidRPr="006C36DD" w14:paraId="45F6FA1A" w14:textId="77777777">
        <w:trPr>
          <w:jc w:val="center"/>
        </w:trPr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C4EA7C5" w14:textId="77777777" w:rsidR="00C90C7F" w:rsidRPr="006C36DD" w:rsidRDefault="00000000">
            <w:pPr>
              <w:spacing w:after="0"/>
              <w:rPr>
                <w:lang w:val="it-IT"/>
              </w:rPr>
            </w:pPr>
            <w:r w:rsidRPr="006C36DD">
              <w:rPr>
                <w:b/>
                <w:sz w:val="15"/>
                <w:lang w:val="it-IT"/>
              </w:rPr>
              <w:t>Direttore lavori strutture</w:t>
            </w: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086F69F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4B02B99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  <w:tc>
          <w:tcPr>
            <w:tcW w:w="25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5854D65" w14:textId="77777777" w:rsidR="00C90C7F" w:rsidRPr="006C36DD" w:rsidRDefault="00C90C7F">
            <w:pPr>
              <w:spacing w:after="0"/>
              <w:rPr>
                <w:lang w:val="it-IT"/>
              </w:rPr>
            </w:pPr>
          </w:p>
        </w:tc>
      </w:tr>
    </w:tbl>
    <w:p w14:paraId="2EE58C31" w14:textId="77777777" w:rsidR="00C90C7F" w:rsidRPr="006C36DD" w:rsidRDefault="00000000">
      <w:pPr>
        <w:shd w:val="clear" w:color="auto" w:fill="2A4669"/>
        <w:spacing w:after="0"/>
        <w:rPr>
          <w:lang w:val="it-IT"/>
        </w:rPr>
      </w:pPr>
      <w:r w:rsidRPr="006C36DD">
        <w:rPr>
          <w:b/>
          <w:color w:val="FFFFFF"/>
          <w:lang w:val="it-IT"/>
        </w:rPr>
        <w:t>DICHIARAZIONI E IMPEGNI DEL RICHIEDENTE</w:t>
      </w:r>
    </w:p>
    <w:p w14:paraId="373FF7FD" w14:textId="777777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t>☐ dichiara che i dati e le informazioni riportati nella presente istanza sono veritieri;</w:t>
      </w:r>
    </w:p>
    <w:p w14:paraId="2C1963A0" w14:textId="777777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lastRenderedPageBreak/>
        <w:t>☐ si impegna a comunicare tempestivamente all'Ordine il nominativo del professionista prescelto tra quelli indicati nella terna;</w:t>
      </w:r>
    </w:p>
    <w:p w14:paraId="650FCC3C" w14:textId="777777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t>☐ si impegna a non reiterare la presente richiesta senza giustificato motivo;</w:t>
      </w:r>
    </w:p>
    <w:p w14:paraId="2A1B1535" w14:textId="777777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t>☐ prende atto che l'Ordine procede alla formazione della terna secondo i criteri stabiliti dalla normativa vigente e dai propri regolamenti/procedure interne;</w:t>
      </w:r>
    </w:p>
    <w:p w14:paraId="6C094BF2" w14:textId="777777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t>☐ prende atto che il rapporto professionale e il relativo compenso saranno disciplinati direttamente tra il richiedente e il professionista incaricato, nel rispetto della normativa vigente in materia di equo compenso e parametri professionali.</w:t>
      </w:r>
    </w:p>
    <w:p w14:paraId="3BB37DDF" w14:textId="77777777" w:rsidR="00C90C7F" w:rsidRPr="006C36DD" w:rsidRDefault="00000000">
      <w:pPr>
        <w:shd w:val="clear" w:color="auto" w:fill="2A4669"/>
        <w:spacing w:after="0"/>
        <w:rPr>
          <w:lang w:val="it-IT"/>
        </w:rPr>
      </w:pPr>
      <w:r w:rsidRPr="006C36DD">
        <w:rPr>
          <w:b/>
          <w:color w:val="FFFFFF"/>
          <w:lang w:val="it-IT"/>
        </w:rPr>
        <w:t>ALLEGATI</w:t>
      </w:r>
    </w:p>
    <w:p w14:paraId="6FF0B0B2" w14:textId="44DE21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t>☐ copia documento di identità del richiedente in corso di validità</w:t>
      </w:r>
      <w:r w:rsidR="00531662">
        <w:rPr>
          <w:lang w:val="it-IT"/>
        </w:rPr>
        <w:t xml:space="preserve"> </w:t>
      </w:r>
      <w:r w:rsidR="00531662" w:rsidRPr="00531662">
        <w:rPr>
          <w:i/>
          <w:iCs/>
          <w:lang w:val="it-IT"/>
        </w:rPr>
        <w:t>(obbligatoria)</w:t>
      </w:r>
      <w:r w:rsidRPr="006C36DD">
        <w:rPr>
          <w:lang w:val="it-IT"/>
        </w:rPr>
        <w:t>;</w:t>
      </w:r>
    </w:p>
    <w:p w14:paraId="7FB790F3" w14:textId="777777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t>☐ copia del titolo abilitativo / estremi del titolo;</w:t>
      </w:r>
    </w:p>
    <w:p w14:paraId="4040B6E2" w14:textId="777777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t>☐ attestazione / ricevuta diritti di segreteria, ove previsti dal Consiglio dell'Ordine;</w:t>
      </w:r>
    </w:p>
    <w:p w14:paraId="0DB4D8A4" w14:textId="777777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t>☐ eventuale documentazione tecnica utile all'identificazione dell'intervento;</w:t>
      </w:r>
    </w:p>
    <w:p w14:paraId="6DE7CB90" w14:textId="77777777" w:rsidR="00C90C7F" w:rsidRPr="006C36DD" w:rsidRDefault="00000000">
      <w:pPr>
        <w:spacing w:after="0"/>
        <w:ind w:left="227"/>
        <w:rPr>
          <w:lang w:val="it-IT"/>
        </w:rPr>
      </w:pPr>
      <w:r w:rsidRPr="006C36DD">
        <w:rPr>
          <w:lang w:val="it-IT"/>
        </w:rPr>
        <w:t>☐ altro ___________________________________________________________________________.</w:t>
      </w:r>
    </w:p>
    <w:p w14:paraId="70795828" w14:textId="77777777" w:rsidR="00C90C7F" w:rsidRPr="006C36DD" w:rsidRDefault="00000000">
      <w:pPr>
        <w:shd w:val="clear" w:color="auto" w:fill="2A4669"/>
        <w:spacing w:after="0"/>
        <w:rPr>
          <w:lang w:val="it-IT"/>
        </w:rPr>
      </w:pPr>
      <w:r w:rsidRPr="006C36DD">
        <w:rPr>
          <w:b/>
          <w:color w:val="FFFFFF"/>
          <w:lang w:val="it-IT"/>
        </w:rPr>
        <w:t>RECAPITO PER L'INVIO DELLA TERNA</w:t>
      </w:r>
    </w:p>
    <w:p w14:paraId="7251DFE5" w14:textId="77777777" w:rsidR="006C36DD" w:rsidRDefault="006C36DD" w:rsidP="006C36DD">
      <w:pPr>
        <w:spacing w:after="0" w:line="360" w:lineRule="auto"/>
        <w:rPr>
          <w:b/>
          <w:sz w:val="17"/>
          <w:lang w:val="it-IT"/>
        </w:rPr>
      </w:pPr>
    </w:p>
    <w:p w14:paraId="7A37F8AE" w14:textId="60CEA30C" w:rsidR="00C90C7F" w:rsidRPr="006C36DD" w:rsidRDefault="00000000" w:rsidP="006C36DD">
      <w:pPr>
        <w:spacing w:after="0" w:line="360" w:lineRule="auto"/>
        <w:rPr>
          <w:lang w:val="it-IT"/>
        </w:rPr>
      </w:pPr>
      <w:r w:rsidRPr="006C36DD">
        <w:rPr>
          <w:b/>
          <w:sz w:val="17"/>
          <w:lang w:val="it-IT"/>
        </w:rPr>
        <w:t>Si chiede che la terna venga trasmessa al seguente indirizzo email/PEC:</w:t>
      </w:r>
      <w:r w:rsidRPr="006C36DD">
        <w:rPr>
          <w:sz w:val="17"/>
          <w:lang w:val="it-IT"/>
        </w:rPr>
        <w:t>________________________________________________________________</w:t>
      </w:r>
    </w:p>
    <w:p w14:paraId="32E17AE7" w14:textId="77777777" w:rsidR="003D1C36" w:rsidRPr="006C36DD" w:rsidRDefault="00000000" w:rsidP="003D1C36">
      <w:pPr>
        <w:spacing w:after="0"/>
        <w:rPr>
          <w:b/>
          <w:bCs/>
          <w:lang w:val="it-IT"/>
        </w:rPr>
      </w:pPr>
      <w:r w:rsidRPr="006C36DD">
        <w:rPr>
          <w:lang w:val="it-IT"/>
        </w:rPr>
        <w:br/>
        <w:t>Luogo ________________________________, data ____/____/________</w:t>
      </w:r>
      <w:r w:rsidRPr="006C36DD">
        <w:rPr>
          <w:lang w:val="it-IT"/>
        </w:rPr>
        <w:br/>
      </w:r>
      <w:r w:rsidRPr="006C36DD">
        <w:rPr>
          <w:lang w:val="it-IT"/>
        </w:rPr>
        <w:br/>
      </w:r>
      <w:r w:rsidR="003D1C36" w:rsidRPr="006C36DD">
        <w:rPr>
          <w:b/>
          <w:bCs/>
          <w:lang w:val="it-IT"/>
        </w:rPr>
        <w:t xml:space="preserve">                                                                                  </w:t>
      </w:r>
    </w:p>
    <w:p w14:paraId="504C18AE" w14:textId="46846301" w:rsidR="00C90C7F" w:rsidRPr="006C36DD" w:rsidRDefault="003D1C36" w:rsidP="003D1C36">
      <w:pPr>
        <w:spacing w:after="0"/>
        <w:rPr>
          <w:lang w:val="it-IT"/>
        </w:rPr>
      </w:pPr>
      <w:r w:rsidRPr="006C36DD">
        <w:rPr>
          <w:b/>
          <w:bCs/>
          <w:lang w:val="it-IT"/>
        </w:rPr>
        <w:t xml:space="preserve">                                                                                  Firma leggibile e per esteso del richiedente ________________________________________________</w:t>
      </w:r>
    </w:p>
    <w:p w14:paraId="1026B51A" w14:textId="77777777" w:rsidR="003D1C36" w:rsidRPr="006C36DD" w:rsidRDefault="003D1C36">
      <w:pPr>
        <w:spacing w:after="0"/>
        <w:rPr>
          <w:lang w:val="it-IT"/>
        </w:rPr>
      </w:pPr>
    </w:p>
    <w:p w14:paraId="125BB397" w14:textId="77777777" w:rsidR="00C90C7F" w:rsidRPr="006C36DD" w:rsidRDefault="00000000">
      <w:pPr>
        <w:shd w:val="clear" w:color="auto" w:fill="2A4669"/>
        <w:spacing w:after="0"/>
        <w:rPr>
          <w:lang w:val="it-IT"/>
        </w:rPr>
      </w:pPr>
      <w:r w:rsidRPr="006C36DD">
        <w:rPr>
          <w:b/>
          <w:color w:val="FFFFFF"/>
          <w:lang w:val="it-IT"/>
        </w:rPr>
        <w:t>INFORMATIVA SUL TRATTAMENTO DEI DATI PERSONALI</w:t>
      </w:r>
    </w:p>
    <w:p w14:paraId="63055C4E" w14:textId="77777777" w:rsidR="00C90C7F" w:rsidRPr="006C36DD" w:rsidRDefault="00000000">
      <w:pPr>
        <w:spacing w:after="0"/>
        <w:jc w:val="both"/>
        <w:rPr>
          <w:lang w:val="it-IT"/>
        </w:rPr>
      </w:pPr>
      <w:r w:rsidRPr="006C36DD">
        <w:rPr>
          <w:lang w:val="it-IT"/>
        </w:rPr>
        <w:t>Ai sensi dell'art. 13 del Regolamento (UE) 2016/679, si informa che i dati personali forniti con la presente istanza saranno trattati dall'Ordine degli Architetti, Pianificatori, Paesaggisti e Conservatori della Provincia di Benevento, in qualità di Titolare del trattamento, esclusivamente per le finalità istituzionali connesse all'istruttoria della richiesta e alla designazione della terna di professionisti per collaudo statico. Il conferimento dei dati è necessario per consentire la gestione del procedimento; l'eventuale mancato conferimento può comportare l'impossibilità di procedere all'evasione dell'istanza. I dati potranno essere trattati con strumenti cartacei e informatici, nel rispetto dei principi di liceità, correttezza, trasparenza, minimizzazione e sicurezza, e saranno conservati per il tempo necessario allo svolgimento delle attività istituzionali e agli obblighi di legge. L'interessato può esercitare, nei casi previsti, i diritti di accesso, rettifica, cancellazione, limitazione, opposizione e portabilità, nonché proporre reclamo all'Autorità Garante per la protezione dei dati personali.</w:t>
      </w:r>
    </w:p>
    <w:p w14:paraId="5FB2FBDE" w14:textId="77777777" w:rsidR="00C90C7F" w:rsidRPr="006C36DD" w:rsidRDefault="00000000">
      <w:pPr>
        <w:spacing w:after="0"/>
        <w:rPr>
          <w:lang w:val="it-IT"/>
        </w:rPr>
      </w:pPr>
      <w:r w:rsidRPr="006C36DD">
        <w:rPr>
          <w:lang w:val="it-IT"/>
        </w:rPr>
        <w:t>☐ Dichiaro di aver preso visione dell'informativa sul trattamento dei dati personali.</w:t>
      </w:r>
    </w:p>
    <w:p w14:paraId="68AE8344" w14:textId="77777777" w:rsidR="003D1C36" w:rsidRPr="006C36DD" w:rsidRDefault="003D1C36">
      <w:pPr>
        <w:spacing w:after="0"/>
        <w:rPr>
          <w:lang w:val="it-IT"/>
        </w:rPr>
      </w:pPr>
    </w:p>
    <w:p w14:paraId="70756430" w14:textId="4CD53B62" w:rsidR="00C90C7F" w:rsidRPr="006C36DD" w:rsidRDefault="00000000">
      <w:pPr>
        <w:spacing w:after="0"/>
        <w:rPr>
          <w:b/>
          <w:bCs/>
          <w:lang w:val="it-IT"/>
        </w:rPr>
      </w:pPr>
      <w:r w:rsidRPr="006C36DD">
        <w:rPr>
          <w:lang w:val="it-IT"/>
        </w:rPr>
        <w:t>Luogo ________________________________, data ____/____/________</w:t>
      </w:r>
      <w:r w:rsidRPr="006C36DD">
        <w:rPr>
          <w:lang w:val="it-IT"/>
        </w:rPr>
        <w:br/>
      </w:r>
      <w:r w:rsidRPr="006C36DD">
        <w:rPr>
          <w:lang w:val="it-IT"/>
        </w:rPr>
        <w:br/>
      </w:r>
      <w:r w:rsidR="003D1C36" w:rsidRPr="006C36DD">
        <w:rPr>
          <w:b/>
          <w:bCs/>
          <w:lang w:val="it-IT"/>
        </w:rPr>
        <w:t xml:space="preserve">                                                                                                                              </w:t>
      </w:r>
      <w:r w:rsidRPr="006C36DD">
        <w:rPr>
          <w:b/>
          <w:bCs/>
          <w:lang w:val="it-IT"/>
        </w:rPr>
        <w:t>Firma per presa visione ________________________________________________</w:t>
      </w:r>
    </w:p>
    <w:p w14:paraId="3471DA3F" w14:textId="77777777" w:rsidR="003D1C36" w:rsidRPr="006C36DD" w:rsidRDefault="003D1C36">
      <w:pPr>
        <w:spacing w:after="0"/>
        <w:rPr>
          <w:b/>
          <w:bCs/>
          <w:lang w:val="it-IT"/>
        </w:rPr>
      </w:pPr>
    </w:p>
    <w:p w14:paraId="1F7A60F0" w14:textId="77777777" w:rsidR="003D1C36" w:rsidRPr="006C36DD" w:rsidRDefault="003D1C36">
      <w:pPr>
        <w:spacing w:after="0"/>
        <w:rPr>
          <w:b/>
          <w:bCs/>
          <w:lang w:val="it-IT"/>
        </w:rPr>
      </w:pPr>
    </w:p>
    <w:p w14:paraId="62917EE5" w14:textId="77777777" w:rsidR="00C90C7F" w:rsidRPr="006C36DD" w:rsidRDefault="00000000">
      <w:pPr>
        <w:shd w:val="clear" w:color="auto" w:fill="6B7280"/>
        <w:spacing w:after="0"/>
        <w:rPr>
          <w:lang w:val="it-IT"/>
        </w:rPr>
      </w:pPr>
      <w:r w:rsidRPr="006C36DD">
        <w:rPr>
          <w:b/>
          <w:color w:val="FFFFFF"/>
          <w:lang w:val="it-IT"/>
        </w:rPr>
        <w:t>NOTE OPERATIVE PER LA SEGRETERIA</w:t>
      </w:r>
    </w:p>
    <w:p w14:paraId="5653B63B" w14:textId="77777777" w:rsidR="006C36DD" w:rsidRDefault="006C36DD" w:rsidP="006C36DD">
      <w:pPr>
        <w:spacing w:after="0" w:line="480" w:lineRule="auto"/>
        <w:ind w:left="227"/>
        <w:rPr>
          <w:lang w:val="it-IT"/>
        </w:rPr>
      </w:pPr>
    </w:p>
    <w:p w14:paraId="02BE01F8" w14:textId="22FCC664" w:rsidR="00C90C7F" w:rsidRPr="006C36DD" w:rsidRDefault="00000000" w:rsidP="006C36DD">
      <w:pPr>
        <w:spacing w:after="0" w:line="480" w:lineRule="auto"/>
        <w:ind w:left="227"/>
        <w:rPr>
          <w:lang w:val="it-IT"/>
        </w:rPr>
      </w:pPr>
      <w:r w:rsidRPr="006C36DD">
        <w:rPr>
          <w:lang w:val="it-IT"/>
        </w:rPr>
        <w:t>Prot. in ingresso n. ____________ del ____/____/________</w:t>
      </w:r>
    </w:p>
    <w:p w14:paraId="4E5E345A" w14:textId="77777777" w:rsidR="00C90C7F" w:rsidRPr="006C36DD" w:rsidRDefault="00000000" w:rsidP="006C36DD">
      <w:pPr>
        <w:spacing w:after="0" w:line="480" w:lineRule="auto"/>
        <w:ind w:left="227"/>
        <w:rPr>
          <w:lang w:val="it-IT"/>
        </w:rPr>
      </w:pPr>
      <w:r w:rsidRPr="006C36DD">
        <w:rPr>
          <w:lang w:val="it-IT"/>
        </w:rPr>
        <w:t>Diritti di segreteria: ☐ non dovuti  ☐ dovuti - importo € ____________  ☐ pagati</w:t>
      </w:r>
    </w:p>
    <w:p w14:paraId="0F0B2F73" w14:textId="77777777" w:rsidR="00C90C7F" w:rsidRPr="006C36DD" w:rsidRDefault="00000000" w:rsidP="006C36DD">
      <w:pPr>
        <w:spacing w:after="0" w:line="480" w:lineRule="auto"/>
        <w:ind w:left="227"/>
        <w:rPr>
          <w:lang w:val="it-IT"/>
        </w:rPr>
      </w:pPr>
      <w:r w:rsidRPr="006C36DD">
        <w:rPr>
          <w:lang w:val="it-IT"/>
        </w:rPr>
        <w:t>Istruttoria documentale: ☐ completa  ☐ da integrare con ______________________________________________</w:t>
      </w:r>
    </w:p>
    <w:p w14:paraId="3B281596" w14:textId="77777777" w:rsidR="00C90C7F" w:rsidRPr="006C36DD" w:rsidRDefault="00000000" w:rsidP="006C36DD">
      <w:pPr>
        <w:spacing w:after="0" w:line="480" w:lineRule="auto"/>
        <w:ind w:left="227"/>
        <w:rPr>
          <w:lang w:val="it-IT"/>
        </w:rPr>
      </w:pPr>
      <w:r w:rsidRPr="006C36DD">
        <w:rPr>
          <w:lang w:val="it-IT"/>
        </w:rPr>
        <w:t>Data trasmissione terna: ____/____/________   Mezzo: ☐ PEC  ☐ Email  ☐ consegna a mano</w:t>
      </w:r>
    </w:p>
    <w:sectPr w:rsidR="00C90C7F" w:rsidRPr="006C36DD" w:rsidSect="007A54B9">
      <w:headerReference w:type="default" r:id="rId8"/>
      <w:footerReference w:type="default" r:id="rId9"/>
      <w:pgSz w:w="12240" w:h="15840"/>
      <w:pgMar w:top="1843" w:right="850" w:bottom="454" w:left="850" w:header="568" w:footer="6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8513" w14:textId="77777777" w:rsidR="005F0145" w:rsidRDefault="005F0145">
      <w:pPr>
        <w:spacing w:after="0" w:line="240" w:lineRule="auto"/>
      </w:pPr>
      <w:r>
        <w:separator/>
      </w:r>
    </w:p>
  </w:endnote>
  <w:endnote w:type="continuationSeparator" w:id="0">
    <w:p w14:paraId="37B1E754" w14:textId="77777777" w:rsidR="005F0145" w:rsidRDefault="005F0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4364" w14:textId="349DA82C" w:rsidR="00C90C7F" w:rsidRPr="006D57E3" w:rsidRDefault="00000000">
    <w:pPr>
      <w:pStyle w:val="Pidipagina"/>
      <w:jc w:val="center"/>
      <w:rPr>
        <w:lang w:val="it-IT"/>
      </w:rPr>
    </w:pPr>
    <w:r w:rsidRPr="006D57E3">
      <w:rPr>
        <w:i/>
        <w:sz w:val="15"/>
        <w:lang w:val="it-IT"/>
      </w:rPr>
      <w:t xml:space="preserve">Modulo richiesta terna professionisti per collaudo statico </w:t>
    </w:r>
    <w:r w:rsidR="006C36DD">
      <w:rPr>
        <w:i/>
        <w:sz w:val="15"/>
        <w:lang w:val="it-IT"/>
      </w:rPr>
      <w:t xml:space="preserve">– v. 01/2026 </w:t>
    </w:r>
    <w:r w:rsidRPr="006D57E3">
      <w:rPr>
        <w:i/>
        <w:sz w:val="15"/>
        <w:lang w:val="it-IT"/>
      </w:rPr>
      <w:t xml:space="preserve">- OAPPC </w:t>
    </w:r>
    <w:r w:rsidR="006C36DD">
      <w:rPr>
        <w:i/>
        <w:sz w:val="15"/>
        <w:lang w:val="it-IT"/>
      </w:rPr>
      <w:t xml:space="preserve">della provincia di </w:t>
    </w:r>
    <w:r w:rsidRPr="006D57E3">
      <w:rPr>
        <w:i/>
        <w:sz w:val="15"/>
        <w:lang w:val="it-IT"/>
      </w:rPr>
      <w:t>Benevento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E28CD" w14:textId="77777777" w:rsidR="005F0145" w:rsidRDefault="005F0145">
      <w:pPr>
        <w:spacing w:after="0" w:line="240" w:lineRule="auto"/>
      </w:pPr>
      <w:r>
        <w:separator/>
      </w:r>
    </w:p>
  </w:footnote>
  <w:footnote w:type="continuationSeparator" w:id="0">
    <w:p w14:paraId="3DB62D4B" w14:textId="77777777" w:rsidR="005F0145" w:rsidRDefault="005F0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EDD6B" w14:textId="77777777" w:rsidR="00C90C7F" w:rsidRPr="006D57E3" w:rsidRDefault="00000000">
    <w:pPr>
      <w:pStyle w:val="Intestazione"/>
      <w:jc w:val="center"/>
      <w:rPr>
        <w:lang w:val="it-IT"/>
      </w:rPr>
    </w:pPr>
    <w:r w:rsidRPr="006D57E3">
      <w:rPr>
        <w:b/>
        <w:color w:val="2A4669"/>
        <w:sz w:val="19"/>
        <w:lang w:val="it-IT"/>
      </w:rPr>
      <w:t>ORDINE DEGLI ARCHITETTI, PIANIFICATORI, PAESAGGISTI E CONSERVATORI</w:t>
    </w:r>
    <w:r w:rsidRPr="006D57E3">
      <w:rPr>
        <w:b/>
        <w:color w:val="2A4669"/>
        <w:sz w:val="19"/>
        <w:lang w:val="it-IT"/>
      </w:rPr>
      <w:br/>
      <w:t>DELLA PROVINCIA DI BENEVENTO</w:t>
    </w:r>
  </w:p>
  <w:p w14:paraId="02614C02" w14:textId="77777777" w:rsidR="00C90C7F" w:rsidRPr="006D57E3" w:rsidRDefault="00000000">
    <w:pPr>
      <w:jc w:val="center"/>
      <w:rPr>
        <w:lang w:val="it-IT"/>
      </w:rPr>
    </w:pPr>
    <w:r w:rsidRPr="006D57E3">
      <w:rPr>
        <w:sz w:val="15"/>
        <w:lang w:val="it-IT"/>
      </w:rPr>
      <w:t>Corso Garibaldi, 236 - 82100 Benevento (BN) | Tel. 0824 47634 | C.F. 92009040624</w:t>
    </w:r>
    <w:r w:rsidRPr="006D57E3">
      <w:rPr>
        <w:sz w:val="15"/>
        <w:lang w:val="it-IT"/>
      </w:rPr>
      <w:br/>
      <w:t>Email: architetti@benevento.archiworld.it | PEC: oappc.benevento@archiworldpec.it - oappc.benevento@legalmail.it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3295620">
    <w:abstractNumId w:val="8"/>
  </w:num>
  <w:num w:numId="2" w16cid:durableId="853763531">
    <w:abstractNumId w:val="6"/>
  </w:num>
  <w:num w:numId="3" w16cid:durableId="656106807">
    <w:abstractNumId w:val="5"/>
  </w:num>
  <w:num w:numId="4" w16cid:durableId="795299293">
    <w:abstractNumId w:val="4"/>
  </w:num>
  <w:num w:numId="5" w16cid:durableId="640578752">
    <w:abstractNumId w:val="7"/>
  </w:num>
  <w:num w:numId="6" w16cid:durableId="698553903">
    <w:abstractNumId w:val="3"/>
  </w:num>
  <w:num w:numId="7" w16cid:durableId="985357754">
    <w:abstractNumId w:val="2"/>
  </w:num>
  <w:num w:numId="8" w16cid:durableId="1364668963">
    <w:abstractNumId w:val="1"/>
  </w:num>
  <w:num w:numId="9" w16cid:durableId="2036073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1E13"/>
    <w:rsid w:val="0029639D"/>
    <w:rsid w:val="00326F90"/>
    <w:rsid w:val="003B6D98"/>
    <w:rsid w:val="003D1C36"/>
    <w:rsid w:val="00531662"/>
    <w:rsid w:val="005F0145"/>
    <w:rsid w:val="006C36DD"/>
    <w:rsid w:val="006D57E3"/>
    <w:rsid w:val="00790525"/>
    <w:rsid w:val="007A54B9"/>
    <w:rsid w:val="00AA1D8D"/>
    <w:rsid w:val="00B47730"/>
    <w:rsid w:val="00C90C7F"/>
    <w:rsid w:val="00CB0664"/>
    <w:rsid w:val="00D830DF"/>
    <w:rsid w:val="00EF78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A263A7"/>
  <w14:defaultImageDpi w14:val="300"/>
  <w15:docId w15:val="{200C99D5-4E3B-4D8A-91F9-C6600D7A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eastAsia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Emilio Franco</cp:lastModifiedBy>
  <cp:revision>10</cp:revision>
  <dcterms:created xsi:type="dcterms:W3CDTF">2026-05-06T15:19:00Z</dcterms:created>
  <dcterms:modified xsi:type="dcterms:W3CDTF">2026-05-18T10:48:00Z</dcterms:modified>
  <cp:category/>
</cp:coreProperties>
</file>